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center"/>
      </w:pPr>
      <w:r>
        <w:rPr>
          <w:b/>
          <w:i w:val="0"/>
          <w:color w:val="1F4E79"/>
          <w:sz w:val="36"/>
        </w:rPr>
        <w:t>Practice Activity</w:t>
      </w:r>
    </w:p>
    <w:p>
      <w:pPr>
        <w:spacing w:after="40" w:before="0"/>
        <w:jc w:val="center"/>
      </w:pPr>
      <w:r>
        <w:rPr>
          <w:b/>
          <w:i w:val="0"/>
          <w:sz w:val="26"/>
        </w:rPr>
        <w:t>Lesson 2: Fact Maze</w:t>
      </w:r>
    </w:p>
    <w:p>
      <w:pPr>
        <w:spacing w:after="160" w:before="0"/>
        <w:jc w:val="center"/>
      </w:pPr>
      <w:r>
        <w:rPr>
          <w:b w:val="0"/>
          <w:i/>
          <w:sz w:val="20"/>
        </w:rPr>
        <w:t>5/6 Mathematics  -  Number Sense &amp; Operations</w:t>
      </w:r>
    </w:p>
    <w:p>
      <w:pPr>
        <w:spacing w:after="160" w:before="0"/>
      </w:pPr>
      <w:r>
        <w:rPr>
          <w:b w:val="0"/>
          <w:i/>
          <w:color w:val="555555"/>
          <w:sz w:val="20"/>
        </w:rPr>
        <w:t>Shade every square with a TRUE equation. The true squares make a path from START (top-left) to FINISH (bottom-right)!</w:t>
      </w:r>
    </w:p>
    <w:p>
      <w:pPr>
        <w:spacing w:after="200" w:before="0"/>
      </w:pPr>
      <w:r>
        <w:rPr>
          <w:b w:val="0"/>
          <w:i w:val="0"/>
          <w:sz w:val="22"/>
        </w:rPr>
        <w:t>Name: ______________________________          Date: ________________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c>
          <w:tcPr>
            <w:tcW w:type="dxa" w:w="2448"/>
          </w:tcPr>
          <w:p>
            <w:pPr>
              <w:spacing w:after="200" w:before="200"/>
              <w:jc w:val="center"/>
            </w:pPr>
            <w:r/>
            <w:r>
              <w:rPr>
                <w:b w:val="0"/>
                <w:i w:val="0"/>
                <w:sz w:val="24"/>
              </w:rPr>
              <w:t>START  6x7=42</w:t>
            </w:r>
          </w:p>
        </w:tc>
        <w:tc>
          <w:tcPr>
            <w:tcW w:type="dxa" w:w="2448"/>
          </w:tcPr>
          <w:p>
            <w:pPr>
              <w:spacing w:after="200" w:before="200"/>
              <w:jc w:val="center"/>
            </w:pPr>
            <w:r/>
            <w:r>
              <w:rPr>
                <w:b w:val="0"/>
                <w:i w:val="0"/>
                <w:sz w:val="24"/>
              </w:rPr>
              <w:t>8x9=71</w:t>
            </w:r>
          </w:p>
        </w:tc>
        <w:tc>
          <w:tcPr>
            <w:tcW w:type="dxa" w:w="2448"/>
          </w:tcPr>
          <w:p>
            <w:pPr>
              <w:spacing w:after="200" w:before="200"/>
              <w:jc w:val="center"/>
            </w:pPr>
            <w:r/>
            <w:r>
              <w:rPr>
                <w:b w:val="0"/>
                <w:i w:val="0"/>
                <w:sz w:val="24"/>
              </w:rPr>
              <w:t>7x6=48</w:t>
            </w:r>
          </w:p>
        </w:tc>
        <w:tc>
          <w:tcPr>
            <w:tcW w:type="dxa" w:w="2448"/>
          </w:tcPr>
          <w:p>
            <w:pPr>
              <w:spacing w:after="200" w:before="200"/>
              <w:jc w:val="center"/>
            </w:pPr>
            <w:r/>
            <w:r>
              <w:rPr>
                <w:b w:val="0"/>
                <w:i w:val="0"/>
                <w:sz w:val="24"/>
              </w:rPr>
              <w:t>9x9=81</w:t>
            </w:r>
          </w:p>
        </w:tc>
      </w:tr>
      <w:tr>
        <w:tc>
          <w:tcPr>
            <w:tcW w:type="dxa" w:w="2448"/>
          </w:tcPr>
          <w:p>
            <w:pPr>
              <w:spacing w:after="200" w:before="200"/>
              <w:jc w:val="center"/>
            </w:pPr>
            <w:r/>
            <w:r>
              <w:rPr>
                <w:b w:val="0"/>
                <w:i w:val="0"/>
                <w:sz w:val="24"/>
              </w:rPr>
              <w:t>5x8=40</w:t>
            </w:r>
          </w:p>
        </w:tc>
        <w:tc>
          <w:tcPr>
            <w:tcW w:type="dxa" w:w="2448"/>
          </w:tcPr>
          <w:p>
            <w:pPr>
              <w:spacing w:after="200" w:before="200"/>
              <w:jc w:val="center"/>
            </w:pPr>
            <w:r/>
            <w:r>
              <w:rPr>
                <w:b w:val="0"/>
                <w:i w:val="0"/>
                <w:sz w:val="24"/>
              </w:rPr>
              <w:t>6x6=36</w:t>
            </w:r>
          </w:p>
        </w:tc>
        <w:tc>
          <w:tcPr>
            <w:tcW w:type="dxa" w:w="2448"/>
          </w:tcPr>
          <w:p>
            <w:pPr>
              <w:spacing w:after="200" w:before="200"/>
              <w:jc w:val="center"/>
            </w:pPr>
            <w:r/>
            <w:r>
              <w:rPr>
                <w:b w:val="0"/>
                <w:i w:val="0"/>
                <w:sz w:val="24"/>
              </w:rPr>
              <w:t>9x4=36</w:t>
            </w:r>
          </w:p>
        </w:tc>
        <w:tc>
          <w:tcPr>
            <w:tcW w:type="dxa" w:w="2448"/>
          </w:tcPr>
          <w:p>
            <w:pPr>
              <w:spacing w:after="200" w:before="200"/>
              <w:jc w:val="center"/>
            </w:pPr>
            <w:r/>
            <w:r>
              <w:rPr>
                <w:b w:val="0"/>
                <w:i w:val="0"/>
                <w:sz w:val="24"/>
              </w:rPr>
              <w:t>8x7=56</w:t>
            </w:r>
          </w:p>
        </w:tc>
      </w:tr>
      <w:tr>
        <w:tc>
          <w:tcPr>
            <w:tcW w:type="dxa" w:w="2448"/>
          </w:tcPr>
          <w:p>
            <w:pPr>
              <w:spacing w:after="200" w:before="200"/>
              <w:jc w:val="center"/>
            </w:pPr>
            <w:r/>
            <w:r>
              <w:rPr>
                <w:b w:val="0"/>
                <w:i w:val="0"/>
                <w:sz w:val="24"/>
              </w:rPr>
              <w:t>3x9=29</w:t>
            </w:r>
          </w:p>
        </w:tc>
        <w:tc>
          <w:tcPr>
            <w:tcW w:type="dxa" w:w="2448"/>
          </w:tcPr>
          <w:p>
            <w:pPr>
              <w:spacing w:after="200" w:before="200"/>
              <w:jc w:val="center"/>
            </w:pPr>
            <w:r/>
            <w:r>
              <w:rPr>
                <w:b w:val="0"/>
                <w:i w:val="0"/>
                <w:sz w:val="24"/>
              </w:rPr>
              <w:t>7x7=49</w:t>
            </w:r>
          </w:p>
        </w:tc>
        <w:tc>
          <w:tcPr>
            <w:tcW w:type="dxa" w:w="2448"/>
          </w:tcPr>
          <w:p>
            <w:pPr>
              <w:spacing w:after="200" w:before="200"/>
              <w:jc w:val="center"/>
            </w:pPr>
            <w:r/>
            <w:r>
              <w:rPr>
                <w:b w:val="0"/>
                <w:i w:val="0"/>
                <w:sz w:val="24"/>
              </w:rPr>
              <w:t>4x8=30</w:t>
            </w:r>
          </w:p>
        </w:tc>
        <w:tc>
          <w:tcPr>
            <w:tcW w:type="dxa" w:w="2448"/>
          </w:tcPr>
          <w:p>
            <w:pPr>
              <w:spacing w:after="200" w:before="200"/>
              <w:jc w:val="center"/>
            </w:pPr>
            <w:r/>
            <w:r>
              <w:rPr>
                <w:b w:val="0"/>
                <w:i w:val="0"/>
                <w:sz w:val="24"/>
              </w:rPr>
              <w:t>6x8=48</w:t>
            </w:r>
          </w:p>
        </w:tc>
      </w:tr>
      <w:tr>
        <w:tc>
          <w:tcPr>
            <w:tcW w:type="dxa" w:w="2448"/>
          </w:tcPr>
          <w:p>
            <w:pPr>
              <w:spacing w:after="200" w:before="200"/>
              <w:jc w:val="center"/>
            </w:pPr>
            <w:r/>
            <w:r>
              <w:rPr>
                <w:b w:val="0"/>
                <w:i w:val="0"/>
                <w:sz w:val="24"/>
              </w:rPr>
              <w:t>9x3=27</w:t>
            </w:r>
          </w:p>
        </w:tc>
        <w:tc>
          <w:tcPr>
            <w:tcW w:type="dxa" w:w="2448"/>
          </w:tcPr>
          <w:p>
            <w:pPr>
              <w:spacing w:after="200" w:before="200"/>
              <w:jc w:val="center"/>
            </w:pPr>
            <w:r/>
            <w:r>
              <w:rPr>
                <w:b w:val="0"/>
                <w:i w:val="0"/>
                <w:sz w:val="24"/>
              </w:rPr>
              <w:t>8x6=48</w:t>
            </w:r>
          </w:p>
        </w:tc>
        <w:tc>
          <w:tcPr>
            <w:tcW w:type="dxa" w:w="2448"/>
          </w:tcPr>
          <w:p>
            <w:pPr>
              <w:spacing w:after="200" w:before="200"/>
              <w:jc w:val="center"/>
            </w:pPr>
            <w:r/>
            <w:r>
              <w:rPr>
                <w:b w:val="0"/>
                <w:i w:val="0"/>
                <w:sz w:val="24"/>
              </w:rPr>
              <w:t>7x8=54</w:t>
            </w:r>
          </w:p>
        </w:tc>
        <w:tc>
          <w:tcPr>
            <w:tcW w:type="dxa" w:w="2448"/>
          </w:tcPr>
          <w:p>
            <w:pPr>
              <w:spacing w:after="200" w:before="200"/>
              <w:jc w:val="center"/>
            </w:pPr>
            <w:r/>
            <w:r>
              <w:rPr>
                <w:b w:val="0"/>
                <w:i w:val="0"/>
                <w:sz w:val="24"/>
              </w:rPr>
              <w:t>9x6=54  FINISH</w:t>
            </w:r>
          </w:p>
        </w:tc>
      </w:tr>
    </w:tbl>
    <w:p>
      <w:pPr>
        <w:spacing w:after="120" w:before="0"/>
      </w:pPr>
      <w:r>
        <w:rPr>
          <w:b w:val="0"/>
          <w:i w:val="0"/>
          <w:sz w:val="16"/>
        </w:rPr>
      </w:r>
    </w:p>
    <w:p>
      <w:pPr>
        <w:spacing w:after="160" w:before="0"/>
      </w:pPr>
      <w:r>
        <w:rPr>
          <w:b/>
          <w:i w:val="0"/>
          <w:sz w:val="22"/>
        </w:rPr>
        <w:t>How many TRUE equations did you shade in total?  ________</w:t>
      </w:r>
    </w:p>
    <w:p>
      <w:pPr>
        <w:spacing w:after="80" w:before="0"/>
      </w:pPr>
      <w:r>
        <w:rPr>
          <w:b w:val="0"/>
          <w:i w:val="0"/>
          <w:sz w:val="22"/>
        </w:rPr>
        <w:t>Challenge (Gr 6):  Pick one FALSE square and fix it so the equation is true: ________________________</w:t>
      </w:r>
    </w:p>
    <w:sectPr w:rsidR="00FC693F" w:rsidRPr="0006063C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